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ומושגים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 השחקנים העיקריים במשחק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כמו הבקעה, כרטיס צהוב ובעיטת עונשין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החדשות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חלוץ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להכניס כדור לשער היריב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בעיטה מיוחדת בעקבות עבירה ברחבה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הקשר משחק באמצע המגרש ומקשר בין הקווים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לשוער יש הגבלות על נגיעה בידיים מחוץ לרחבה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כרטיס אדום חמור יותר וגורם להרחקה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המשחק מחולק לשתי מחציות עם הפסקה ביניהן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מבקיע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אוהדים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(מנסה להבקיע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(מחבר בין 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(מגן על השער מפני היריב)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(אוכף את חוקי המשחק)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מחצית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מחצית שנייה וסיום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שמשתמש נכון במילה 'להבקיע'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ברור של תפקיד אחד (שוער, חלוץ, קשר, מגן או שופט) עם פעולה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שחלוץ מנסה להבקיע שערים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שזו בעיטה מיוחדת בעקבות עבירה ברחבה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יודע/ת שכרטיס אדום חמור יותר וגורם להרחקה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הפנטומימה מהעמוד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המשפטים בקול רם לפני שהתלמידים כותבים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ומושגים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המילים והמושגים מקלפי הכדורגל – תפקידי שחקנים, חוקים בסיסיים ומושגים מהמשחק.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התפקיד שאחראי בעיקר על הבקעת שערים?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שומר על השער ומונע גולים?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אחראי לקבוע אם שחקן קיבל כרטיס צהוב?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המילה 'להבקיע'?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להגן 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להכניס כדור לשער היריב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לתקוע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לשרוק שריקה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'בעיטת עונשין'?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בעיטה מהקו האמצעי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בעיטה מיוחדת בעקבות עבירה ברחבה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בעיטת 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בעיטת פתיחה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הקשר/ית מחבר/ת בין ההגנה להתקפה.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השוער/ת מורשה לבעוט בכדור מכל מקום במגרש בלי הגבלה.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צהוב הוא עונש חמור יותר מכרטיס אדום.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מחצית היא חלק מהמשחק עם הפסקה אחריה.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מנסה לעצור את הכדור לפני קו השער.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שחקן מכניס כדור לשער היריב,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שחקן עובר עבירה, השופט עשוי להוציא לו כרטיס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עומדים בצד המגרש ומעודדים את הקבוצה.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מגן על השער מפני היריב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מחבר בין 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אוכף את חוקי המשחק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מנסה להבקיע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שומר על השער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מחצית שנייה וסיום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מחצית 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שמשתמש במילה 'להבקיע'.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בקצרה תפקיד אחד מהכדורגל ומה הוא עושה במגרש.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חלוץ במשחק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בעיטת עונשין?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כרטיס צהוב לאדום?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ומושגים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