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ומושגים בכדורגל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תפקידי השחקנים העיקריים במשחק 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 יסוד כמו הבקעה, כרטיס צהוב ובעיטת עונשין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במילים החדשות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חלוץ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שוער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שופט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להכניס כדור לשער היריב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בעיטה מיוחדת בעקבות עבירה ברחבה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הקשר משחק באמצע המגרש ומקשר בין הקווים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לשוער יש הגבלות על נגיעה בידיים מחוץ לרחבה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כרטיס אדום חמור יותר וגורם להרחקה מהמשחק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המשחק מחולק לשתי מחציות עם הפסקה ביניהן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מבקיע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צהוב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אוהדים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(שומר על השער)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(מנסה להבקיע שערים)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(מחבר בין הגנה להתקפה)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(מגן על השער מפני היריב)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(אוכף את חוקי המשחק)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תחילת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מחצית 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מחצית שנייה וסיום המשחק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הגיוני שמשתמש נכון במילה 'להבקיע'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ברור של תפקיד אחד (שוער, חלוץ, קשר, מגן או שופט) עם פעולה מתאימה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שחלוץ מנסה להבקיע שערים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מסביר/ה שזו בעיטה מיוחדת בעקבות עבירה ברחבה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יודע/ת שכרטיס אדום חמור יותר וגורם להרחקה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משחק הפנטומימה מהעמוד לפני מילוי הדף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להקריא את המשפטים בקול רם לפני שהתלמידים כותבים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אפשר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ומושגים בכדורגל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מילים חשובות מכדורגל, כמו שוער, חלוץ ושופט.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שוער / שוערת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השחקן ששומר על השער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חלוץ / חלוצה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שחקן שמנסה להבקיע שערים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קשר / קשרית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שחקן שמחבר בין ההגנה להתקפה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מגן / מגינה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שחקן שמגן על השער מפני היריב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שופט / שופטת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האדם שאוכף את חוקי המשחק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להבקיע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להכניס כדור לשער היריב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צהוב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אזהרה לשחקן שעבר עבירה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בעיטת עונשין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בעיטה מיוחדת בעקבות עבירה בתוך הרחבה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מנסה להבקיע שערים?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שומר על השער?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חלוץ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נותן כרטיסים?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אוהד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המשמעות של המילה 'להבקיע'?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להגן על השער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להכניס כדור לשער היריב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לתקוע כרטיס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לשרוק שריקה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'בעיטת עונשין'?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בעיטה מהקו האמצעי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בעיטה מיוחדת בעקבות עבירה ברחבה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בעיטת פינה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בעיטת פתיחה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הקשר/ית מחבר/ת בין ההגנה להתקפה.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השוער/ת מורשה לבעוט בכדור מכל מקום במגרש בלי הגבלה.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צהוב הוא עונש חמור יותר מכרטיס אדום.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מחצית היא חלק מהמשחק עם הפסקה אחריה.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מנסה לעצור את הכדור לפני קו השער.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כאשר שחקן מכניס כדור לשער היריב,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אם שחקן עובר עבירה, השופט עשוי להוציא לו כרטיס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עומדים בצד המגרש ומעודדים את הקבוצה.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מנסה להבקיע שערים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חלוץ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מגן על השער מפני היריב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שומר על השער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מגן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אוכף את חוקי המשחק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שופט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מחבר בין הגנה להתקפה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מהלך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מחצית ראשונה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הפסקה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מחצית שנייה וסיום המשחק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תחילת המשחק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קצר שמשתמש במילה 'להבקיע'.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בקצרה תפקיד אחד מהכדורגל ומה הוא עושה במגרש.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תפקידו של חלוץ במשחק כדורגל?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בעיטת עונשין?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כרטיס צהוב לאדום?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ומושגים בכדורגל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