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ומושגים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השחקנים העיקריים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הבקעה, כרטיס צהוב ובעיטת עונשין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הקשר משחק באמצע המגרש ומקשר בין הקווים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המשחק מחולק לשתי מחציות עם הפסקה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מבקיע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(מנסה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(מגן על השער מפני היריב)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מחצית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שמשתמש נכון במילה 'להבקיע'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שחלוץ מנסה להבקיע שערים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שזו בעיטה מיוחדת בעקבות עבירה ברחבה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שכרטיס אדום חמור יותר וגורם להרחקה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הפנטומימה מהעמוד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המשפטים בקול רם לפני שהתלמידים כותבים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ומושגים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המילים והמושגים מקלפי הכדורגל – תפקידי שחקנים, חוקים בסיסיים ומושגים מהמשחק.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  ·  מבקיע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התפקיד שאחראי בעיקר על הבקעת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שומר על השער ומונע גולים?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הקשר/ית מחבר/ת בין ההגנה להתקפה.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מחצית היא חלק מהמשחק עם הפסקה אחריה.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מנסה לעצור את הכדור לפני קו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שחקן מכניס כדור לשער היריב,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מגן על השער מפני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מחבר בין 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מחצית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שמשתמש במילה 'להבקיע'.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חלוץ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בעיטת 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ומושגים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